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מועדון מתנדבים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בעברית על 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חדש הקשור להבנת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מועדון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לאנשים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שהם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ומדברים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(אנשים שעוזרים בלי לקבל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אנשים שגרים או עובדים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(לדאוג שמשהו יקרה כמו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(לתת למישהו בלי לקבל בחזרה)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בבית הספר יש מועדון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הולכים לעזור לאנשים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קונים אוכל ומדברים איתם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ומתבטאים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משפטים שלמים, שימוש נכון בפעלים בהווה, ונימוק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עוזרים לאנשים מבוגרים - קונים אוכל ומדברים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מאוצר המילים כמו קהילה, אחריות או לתרום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המילים החדשות בזוגות לפני חידון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משימת הכתיבה לרמת התלמידים ולאפשר תמיכה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מועדון מתנדבים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תקראו טקסט קצר על מועדון מתנדבים בבית הספר, תענו על שאלות הבנה ותלמדו מילים חדשות הקשורות לקריאת טקסטים.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ומדברים  ·  מבוגרים  ·  מתנדבים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מועדון 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מגרש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 עוזרים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לאנשים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התלמידים קונים לאנשים המבוגרים?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עוזרים לאנשים 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האנשים המבוגרים כועסים.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בבית הספר יש מועדון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התלמידים עוזרים לאנשים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הם קונים להם אוכל __________ איתם.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מתנדבים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לתת למישהו בלי לקבל בחזרה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שעוזרים בלי לקבל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אנשים שגרים או עובדים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לתרום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לדאוג שמשהו יקרה כמו שצריך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קונים אוכל ומדברים איתם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בבית הספר יש מועדון מתנדבים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הולכים לעזור לאנשים מבוגרים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ומתבטאים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הייתם רוצים להתנדב? איפה? כתבו שלושה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התלמידים במועדון?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- מועדון מתנדבים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