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מועדון מתנדבים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בעברית על התנדבות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אוצר מילים חדש הקשור להבנת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מועדון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לאנשים 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תלמידים מתנדבים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בטקסט הם עוזרים לאנשים ולא משחקים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שהם שמחים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המבוגרים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(אנשים שעוזרים בלי לקבל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(קבוצת אנשים שגרים או עובדים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(לדאוג שמשהו יקרה כמו שצריך)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(לתת למישהו בלי לקבל בחזרה)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(דבר טוב שיש במצב מסוים)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בבית הספר יש מועדון מתנדבים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הולכים לעזור לאנשים מבוגרים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קונים אוכל ומדברים איתם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האנשים המבוגרים והתלמידים מרגישים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ומתבטאים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שלושה משפטים שלמים, שימוש נכון בפעלים בהווה, ונימוק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שמזכיר עזרה, קהילה או 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עוזרים לאנשים מבוגרים - קונים אוכל ומדברים איתם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מאוצר המילים כמו קהילה, אחריות או לתרום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על המילים החדשות בזוגות לפני חידון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משימת הכתיבה לרמת התלמידים ולאפשר תמיכה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- מועדון מתנדבים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טקסט קטן על תלמידים שעוזרים לאנשים מבוגרים. קראו את הטקסט, ענו על שאלות ולמדו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קצר מטקסט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ששואלים כדי לקבל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קצר שמתאר 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הדבר הכי חשוב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מתנדבים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שעוזרים בלי לקבל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שגרים או עובדים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שמשהו יקרה כמו שצריך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לתרום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למישהו בלי לקבל בחזרה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יש בבית הספר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מועדון מתנדבים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מגרש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חנות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בריכת שחייה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התלמידים עוזרים?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לאנשים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קונים לאנשים המבוגרים?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ההרגשה של האנשים המבוגרים?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מפחדים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שם מתאים לטקסט?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תלמידים מתנדבים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במתמטיקה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כדורסל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עוזרים לאנשים 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משחקים כדורגל במועדון.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המבוגרים כועסים.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התלמידים מרגישים טוב אחרי שהם עוזרים.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בבית הספר יש מועדון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התלמידים עוזרים לאנשים 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הם קונים להם אוכל __________ איתם.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האנשים __________ שמחים.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מתנדבים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טוב שיש במצב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לתת למישהו בלי לקבל בחזרה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אנשים שעוזרים בלי לקבל 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לתרום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אנשים שגרים או עובדים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יתרון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לדאוג שמשהו יקרה כמו שצריך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האנשים המבוגרים והתלמידים מרגישים שמחים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הספר יש מועדון מתנדבים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התלמידים הולכים לעזור לאנשים מבוגרים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קונים אוכל ומדברים איתם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ומתבטאים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הייתם רוצים להתנדב? איפה? כתבו שלושה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שמסביר למה חשוב לעזור לאנשים בקהילה.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התלמידים במועדון?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מרגישים האנשים המבוגרים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- מועדון מתנדבים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