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על 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הקשור להבנת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תלמידים מתנדבים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הם עוזרים לאנשים ולא משחקים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שהם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(אנשים שעוזרים בלי לקבל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אנשים שגרים או עובדים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(לדאוג שמשהו יקרה כמו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(לתת למישהו בלי לקבל 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(דבר טוב שיש במצב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 הספר יש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הולכים לעזור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קונים אוכל ומדברים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האנשים המבוגרים והתלמידים מרגישים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ומתבטאים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משפטים שלמים, שימוש נכון בפעלים בהווה, ונימוק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שמזכיר עזרה, קהילה או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לאנשים מבוגרים - קונים אוכל ומדברים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מאוצר המילים כמו קהילה, אחריות או לתרום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המילים החדשות בזוגות לפני חידון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משימת הכתיבה לרמת התלמידים ולאפשר תמיכה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תקראו טקסט קצר על מועדון מתנדבים בבית הספר, תענו על שאלות הבנה ותלמדו מילים חדשות הקשורות לקריאת טקסטים.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מועדון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עוזרים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לאנשים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התלמידים קונים לאנשים המבוגרים?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מרגישים האנשים המבוגרים?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הכותרת המתאימה ביותר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עוזרים לאנשים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משחקים כדורגל במועדון.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המבוגרים כועסים.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התלמידים מרגישים טוב אחרי שהם עוזרים.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הספר יש מועדון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עוזרים לאנשים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קונים להם אוכל __________ איתם.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האנשים __________ שמחים.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לתת למישהו בלי לקבל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שעוזרים בלי לקבל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שגרים או עובדים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טוב שיש במצב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שמשהו יקרה כמו 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קונים אוכל ומדברים איתם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המבוגרים והתלמידים מרגישים 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יש מועדון מתנדבים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הולכים לעזור לאנשים מבוגרים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ומתבטאים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רוצים להתנדב? איפה? כתבו 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למה חשוב לעזור לאנשים בקהילה.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התלמידים במועדון?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מרגישים האנשים המבוגרים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מועדון מתנדבים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